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59A4BA" w14:textId="77777777" w:rsidR="00CD41A5" w:rsidRPr="00AE0A4C" w:rsidRDefault="00000000">
      <w:pPr>
        <w:pStyle w:val="Titel"/>
        <w:rPr>
          <w:lang w:val="da-DK"/>
        </w:rPr>
      </w:pPr>
      <w:r w:rsidRPr="00AE0A4C">
        <w:rPr>
          <w:lang w:val="da-DK"/>
        </w:rPr>
        <w:t>Sagsindberetning</w:t>
      </w:r>
    </w:p>
    <w:p w14:paraId="73117C3D" w14:textId="77777777" w:rsidR="00CD41A5" w:rsidRPr="00AE0A4C" w:rsidRDefault="00000000">
      <w:pPr>
        <w:rPr>
          <w:lang w:val="da-DK"/>
        </w:rPr>
      </w:pPr>
      <w:r w:rsidRPr="00AE0A4C">
        <w:rPr>
          <w:i/>
          <w:lang w:val="da-DK"/>
        </w:rPr>
        <w:t>OBS: Udfyldelse og afsendelse af denne skabelon forudsætter, at der er indgået fortrolighedsaftale (NDA) mellem medlemmet og FFHV.</w:t>
      </w:r>
    </w:p>
    <w:tbl>
      <w:tblPr>
        <w:tblStyle w:val="Tabel-Gitter"/>
        <w:tblW w:w="0" w:type="auto"/>
        <w:jc w:val="right"/>
        <w:tblLook w:val="04A0" w:firstRow="1" w:lastRow="0" w:firstColumn="1" w:lastColumn="0" w:noHBand="0" w:noVBand="1"/>
      </w:tblPr>
      <w:tblGrid>
        <w:gridCol w:w="4314"/>
        <w:gridCol w:w="4316"/>
      </w:tblGrid>
      <w:tr w:rsidR="00CD41A5" w14:paraId="60DB7540" w14:textId="77777777">
        <w:trPr>
          <w:jc w:val="right"/>
        </w:trPr>
        <w:tc>
          <w:tcPr>
            <w:tcW w:w="4320" w:type="dxa"/>
          </w:tcPr>
          <w:p w14:paraId="00D815FE" w14:textId="348ECDF9" w:rsidR="00CD41A5" w:rsidRDefault="00195992">
            <w:r>
              <w:t>Sags Nummer</w:t>
            </w:r>
            <w:r w:rsidR="00000000">
              <w:t xml:space="preserve"> (FFHV)</w:t>
            </w:r>
          </w:p>
        </w:tc>
        <w:tc>
          <w:tcPr>
            <w:tcW w:w="4320" w:type="dxa"/>
          </w:tcPr>
          <w:p w14:paraId="7CD05F0D" w14:textId="77777777" w:rsidR="00CD41A5" w:rsidRDefault="00000000">
            <w:r>
              <w:t>__________________________</w:t>
            </w:r>
          </w:p>
        </w:tc>
      </w:tr>
      <w:tr w:rsidR="00CD41A5" w14:paraId="359B9291" w14:textId="77777777">
        <w:trPr>
          <w:jc w:val="right"/>
        </w:trPr>
        <w:tc>
          <w:tcPr>
            <w:tcW w:w="4320" w:type="dxa"/>
          </w:tcPr>
          <w:p w14:paraId="5E2E0379" w14:textId="77777777" w:rsidR="00CD41A5" w:rsidRDefault="00000000">
            <w:r>
              <w:t>Modtaget dato</w:t>
            </w:r>
          </w:p>
        </w:tc>
        <w:tc>
          <w:tcPr>
            <w:tcW w:w="4320" w:type="dxa"/>
          </w:tcPr>
          <w:p w14:paraId="26481007" w14:textId="77777777" w:rsidR="00CD41A5" w:rsidRDefault="00000000">
            <w:r>
              <w:t>__________________________</w:t>
            </w:r>
          </w:p>
        </w:tc>
      </w:tr>
      <w:tr w:rsidR="00CD41A5" w14:paraId="4AFC9A97" w14:textId="77777777">
        <w:trPr>
          <w:jc w:val="right"/>
        </w:trPr>
        <w:tc>
          <w:tcPr>
            <w:tcW w:w="4320" w:type="dxa"/>
          </w:tcPr>
          <w:p w14:paraId="2C529D18" w14:textId="77777777" w:rsidR="00CD41A5" w:rsidRDefault="00000000">
            <w:r>
              <w:t>Sagsbehandler (initialer)</w:t>
            </w:r>
          </w:p>
        </w:tc>
        <w:tc>
          <w:tcPr>
            <w:tcW w:w="4320" w:type="dxa"/>
          </w:tcPr>
          <w:p w14:paraId="78616214" w14:textId="77777777" w:rsidR="00CD41A5" w:rsidRDefault="00000000">
            <w:r>
              <w:t>__________________________</w:t>
            </w:r>
          </w:p>
        </w:tc>
      </w:tr>
    </w:tbl>
    <w:p w14:paraId="57C38079" w14:textId="63AACBAD" w:rsidR="00CD41A5" w:rsidRPr="00AE0A4C" w:rsidRDefault="00000000">
      <w:pPr>
        <w:rPr>
          <w:lang w:val="da-DK"/>
        </w:rPr>
      </w:pPr>
      <w:r w:rsidRPr="00AE0A4C">
        <w:rPr>
          <w:lang w:val="da-DK"/>
        </w:rPr>
        <w:br/>
        <w:t>Fagforeningen for Frivillige i Hjemmeværnet</w:t>
      </w:r>
      <w:r w:rsidRPr="00AE0A4C">
        <w:rPr>
          <w:lang w:val="da-DK"/>
        </w:rPr>
        <w:br/>
        <w:t xml:space="preserve">E-mail: </w:t>
      </w:r>
      <w:r w:rsidR="00AE0A4C" w:rsidRPr="00AE0A4C">
        <w:rPr>
          <w:lang w:val="da-DK"/>
        </w:rPr>
        <w:t>i</w:t>
      </w:r>
      <w:r w:rsidR="00AE0A4C">
        <w:rPr>
          <w:lang w:val="da-DK"/>
        </w:rPr>
        <w:t>nfo</w:t>
      </w:r>
      <w:r w:rsidRPr="00AE0A4C">
        <w:rPr>
          <w:lang w:val="da-DK"/>
        </w:rPr>
        <w:t>@frivillighjv.dk</w:t>
      </w:r>
      <w:r w:rsidRPr="00AE0A4C">
        <w:rPr>
          <w:lang w:val="da-DK"/>
        </w:rPr>
        <w:br/>
      </w:r>
    </w:p>
    <w:p w14:paraId="02249833" w14:textId="77777777" w:rsidR="00CD41A5" w:rsidRPr="00AE0A4C" w:rsidRDefault="00CD41A5">
      <w:pPr>
        <w:rPr>
          <w:lang w:val="da-DK"/>
        </w:rPr>
      </w:pPr>
    </w:p>
    <w:p w14:paraId="50EF81C4" w14:textId="77777777" w:rsidR="00CD41A5" w:rsidRDefault="00000000">
      <w:pPr>
        <w:pStyle w:val="Overskrift1"/>
      </w:pPr>
      <w:r>
        <w:t>1. Medlemsoplysninger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313"/>
        <w:gridCol w:w="4317"/>
      </w:tblGrid>
      <w:tr w:rsidR="00CD41A5" w14:paraId="60FDC564" w14:textId="77777777">
        <w:tc>
          <w:tcPr>
            <w:tcW w:w="4320" w:type="dxa"/>
          </w:tcPr>
          <w:p w14:paraId="0F52209D" w14:textId="77777777" w:rsidR="00CD41A5" w:rsidRDefault="00000000">
            <w:r>
              <w:t>Navn</w:t>
            </w:r>
          </w:p>
        </w:tc>
        <w:tc>
          <w:tcPr>
            <w:tcW w:w="4320" w:type="dxa"/>
          </w:tcPr>
          <w:p w14:paraId="5CB9DA6F" w14:textId="77777777" w:rsidR="00CD41A5" w:rsidRDefault="00000000">
            <w:r>
              <w:t>__________________________________________</w:t>
            </w:r>
          </w:p>
        </w:tc>
      </w:tr>
      <w:tr w:rsidR="00CD41A5" w14:paraId="6E399147" w14:textId="77777777">
        <w:tc>
          <w:tcPr>
            <w:tcW w:w="4320" w:type="dxa"/>
          </w:tcPr>
          <w:p w14:paraId="028A6AD8" w14:textId="77777777" w:rsidR="00CD41A5" w:rsidRDefault="00000000">
            <w:r>
              <w:t>Hjemmeværnsnummer</w:t>
            </w:r>
          </w:p>
        </w:tc>
        <w:tc>
          <w:tcPr>
            <w:tcW w:w="4320" w:type="dxa"/>
          </w:tcPr>
          <w:p w14:paraId="133187F6" w14:textId="77777777" w:rsidR="00CD41A5" w:rsidRDefault="00000000">
            <w:r>
              <w:t>__________________________________________</w:t>
            </w:r>
          </w:p>
        </w:tc>
      </w:tr>
      <w:tr w:rsidR="00CD41A5" w14:paraId="7F7ED6A9" w14:textId="77777777">
        <w:tc>
          <w:tcPr>
            <w:tcW w:w="4320" w:type="dxa"/>
          </w:tcPr>
          <w:p w14:paraId="31874861" w14:textId="77777777" w:rsidR="00CD41A5" w:rsidRDefault="00000000">
            <w:r>
              <w:t>E-mail</w:t>
            </w:r>
          </w:p>
        </w:tc>
        <w:tc>
          <w:tcPr>
            <w:tcW w:w="4320" w:type="dxa"/>
          </w:tcPr>
          <w:p w14:paraId="2DF0872F" w14:textId="77777777" w:rsidR="00CD41A5" w:rsidRDefault="00000000">
            <w:r>
              <w:t>__________________________________________</w:t>
            </w:r>
          </w:p>
        </w:tc>
      </w:tr>
      <w:tr w:rsidR="00CD41A5" w14:paraId="5D8206B5" w14:textId="77777777">
        <w:tc>
          <w:tcPr>
            <w:tcW w:w="4320" w:type="dxa"/>
          </w:tcPr>
          <w:p w14:paraId="3FFE0143" w14:textId="77777777" w:rsidR="00CD41A5" w:rsidRDefault="00000000">
            <w:r>
              <w:t>Telefonnummer</w:t>
            </w:r>
          </w:p>
        </w:tc>
        <w:tc>
          <w:tcPr>
            <w:tcW w:w="4320" w:type="dxa"/>
          </w:tcPr>
          <w:p w14:paraId="0E834886" w14:textId="77777777" w:rsidR="00CD41A5" w:rsidRDefault="00000000">
            <w:r>
              <w:t>__________________________________________</w:t>
            </w:r>
          </w:p>
        </w:tc>
      </w:tr>
      <w:tr w:rsidR="00CD41A5" w14:paraId="5F08796A" w14:textId="77777777">
        <w:tc>
          <w:tcPr>
            <w:tcW w:w="4320" w:type="dxa"/>
          </w:tcPr>
          <w:p w14:paraId="60483946" w14:textId="77777777" w:rsidR="00CD41A5" w:rsidRDefault="00000000">
            <w:r>
              <w:t>Stilling/funktion</w:t>
            </w:r>
          </w:p>
        </w:tc>
        <w:tc>
          <w:tcPr>
            <w:tcW w:w="4320" w:type="dxa"/>
          </w:tcPr>
          <w:p w14:paraId="4DCA255F" w14:textId="77777777" w:rsidR="00CD41A5" w:rsidRDefault="00000000">
            <w:r>
              <w:t>__________________________________________</w:t>
            </w:r>
          </w:p>
        </w:tc>
      </w:tr>
      <w:tr w:rsidR="00CD41A5" w14:paraId="3CD1EAA5" w14:textId="77777777">
        <w:tc>
          <w:tcPr>
            <w:tcW w:w="4320" w:type="dxa"/>
          </w:tcPr>
          <w:p w14:paraId="6326B16C" w14:textId="77777777" w:rsidR="00CD41A5" w:rsidRDefault="00000000">
            <w:r>
              <w:t>Underafdeling</w:t>
            </w:r>
          </w:p>
        </w:tc>
        <w:tc>
          <w:tcPr>
            <w:tcW w:w="4320" w:type="dxa"/>
          </w:tcPr>
          <w:p w14:paraId="5E7154DF" w14:textId="77777777" w:rsidR="00CD41A5" w:rsidRDefault="00000000">
            <w:r>
              <w:t>__________________________________________</w:t>
            </w:r>
          </w:p>
        </w:tc>
      </w:tr>
      <w:tr w:rsidR="00CD41A5" w:rsidRPr="00195992" w14:paraId="7E4FC34D" w14:textId="77777777">
        <w:tc>
          <w:tcPr>
            <w:tcW w:w="4320" w:type="dxa"/>
          </w:tcPr>
          <w:p w14:paraId="5C238A8A" w14:textId="77777777" w:rsidR="00CD41A5" w:rsidRDefault="00000000">
            <w:r>
              <w:t>Tilknyttet værn</w:t>
            </w:r>
          </w:p>
        </w:tc>
        <w:tc>
          <w:tcPr>
            <w:tcW w:w="4320" w:type="dxa"/>
          </w:tcPr>
          <w:p w14:paraId="5409D248" w14:textId="77777777" w:rsidR="00AE0A4C" w:rsidRDefault="00000000">
            <w:pPr>
              <w:rPr>
                <w:lang w:val="da-DK"/>
              </w:rPr>
            </w:pPr>
            <w:r w:rsidRPr="00AE0A4C">
              <w:rPr>
                <w:lang w:val="da-DK"/>
              </w:rPr>
              <w:t xml:space="preserve">Hærhjemmeværnet   </w:t>
            </w:r>
            <w:r>
              <w:sym w:font="Wingdings 2" w:char="F0A3"/>
            </w:r>
            <w:r w:rsidRPr="00AE0A4C">
              <w:rPr>
                <w:lang w:val="da-DK"/>
              </w:rPr>
              <w:t xml:space="preserve"> Flyverhjemmeværnet   </w:t>
            </w:r>
            <w:r>
              <w:sym w:font="Wingdings 2" w:char="F0A3"/>
            </w:r>
            <w:r w:rsidRPr="00AE0A4C">
              <w:rPr>
                <w:lang w:val="da-DK"/>
              </w:rPr>
              <w:t xml:space="preserve"> Marinehjemmeværnet   </w:t>
            </w:r>
            <w:r>
              <w:sym w:font="Wingdings 2" w:char="F0A3"/>
            </w:r>
            <w:r w:rsidRPr="00AE0A4C">
              <w:rPr>
                <w:lang w:val="da-DK"/>
              </w:rPr>
              <w:t xml:space="preserve"> Politihjemmeværnet   </w:t>
            </w:r>
            <w:r>
              <w:sym w:font="Wingdings 2" w:char="F0A3"/>
            </w:r>
            <w:r w:rsidRPr="00AE0A4C">
              <w:rPr>
                <w:lang w:val="da-DK"/>
              </w:rPr>
              <w:t xml:space="preserve"> </w:t>
            </w:r>
          </w:p>
          <w:p w14:paraId="5A86BEBA" w14:textId="76666A44" w:rsidR="00CD41A5" w:rsidRPr="00AE0A4C" w:rsidRDefault="00000000">
            <w:pPr>
              <w:rPr>
                <w:lang w:val="da-DK"/>
              </w:rPr>
            </w:pPr>
            <w:r w:rsidRPr="00AE0A4C">
              <w:rPr>
                <w:lang w:val="da-DK"/>
              </w:rPr>
              <w:t>Andet: _______</w:t>
            </w:r>
            <w:r w:rsidR="00AE0A4C" w:rsidRPr="00AE0A4C">
              <w:rPr>
                <w:lang w:val="da-DK"/>
              </w:rPr>
              <w:t>________</w:t>
            </w:r>
            <w:r w:rsidRPr="00AE0A4C">
              <w:rPr>
                <w:lang w:val="da-DK"/>
              </w:rPr>
              <w:t xml:space="preserve">  </w:t>
            </w:r>
          </w:p>
        </w:tc>
      </w:tr>
    </w:tbl>
    <w:p w14:paraId="55046A17" w14:textId="77777777" w:rsidR="00CD41A5" w:rsidRPr="00AE0A4C" w:rsidRDefault="00CD41A5">
      <w:pPr>
        <w:rPr>
          <w:lang w:val="da-DK"/>
        </w:rPr>
      </w:pPr>
    </w:p>
    <w:p w14:paraId="2566DDC8" w14:textId="77777777" w:rsidR="00CD41A5" w:rsidRPr="00AE0A4C" w:rsidRDefault="00000000">
      <w:pPr>
        <w:pStyle w:val="Overskrift1"/>
        <w:rPr>
          <w:lang w:val="da-DK"/>
        </w:rPr>
      </w:pPr>
      <w:r w:rsidRPr="00AE0A4C">
        <w:rPr>
          <w:lang w:val="da-DK"/>
        </w:rPr>
        <w:t>2. Kort beskrivelse af sagen – Hvad handler sagen overordnet om?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8630"/>
      </w:tblGrid>
      <w:tr w:rsidR="00CD41A5" w14:paraId="044B6565" w14:textId="77777777">
        <w:tc>
          <w:tcPr>
            <w:tcW w:w="8640" w:type="dxa"/>
          </w:tcPr>
          <w:p w14:paraId="76570AEF" w14:textId="77777777" w:rsidR="00CD41A5" w:rsidRDefault="00000000">
            <w:r w:rsidRPr="00AE0A4C">
              <w:rPr>
                <w:lang w:val="da-DK"/>
              </w:rPr>
              <w:br/>
            </w:r>
            <w:r>
              <w:t>____________________________________________________________________________________________________</w:t>
            </w:r>
            <w:r>
              <w:br/>
              <w:t>____________________________________________________________________________________________________</w:t>
            </w:r>
            <w:r>
              <w:br/>
              <w:t>____________________________________________________________________________________________________</w:t>
            </w:r>
            <w:r>
              <w:br/>
              <w:t>____________________________________________________________________________________________________</w:t>
            </w:r>
            <w:r>
              <w:br/>
            </w:r>
          </w:p>
        </w:tc>
      </w:tr>
    </w:tbl>
    <w:p w14:paraId="5B7D7CD3" w14:textId="77777777" w:rsidR="00CD41A5" w:rsidRDefault="00CD41A5"/>
    <w:p w14:paraId="782AA023" w14:textId="77777777" w:rsidR="00CD41A5" w:rsidRDefault="00000000">
      <w:pPr>
        <w:pStyle w:val="Overskrift1"/>
      </w:pPr>
      <w:r>
        <w:t>3.1 Hvornår skete det?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8630"/>
      </w:tblGrid>
      <w:tr w:rsidR="00CD41A5" w14:paraId="56883B88" w14:textId="77777777">
        <w:tc>
          <w:tcPr>
            <w:tcW w:w="8640" w:type="dxa"/>
          </w:tcPr>
          <w:p w14:paraId="164E57BA" w14:textId="77777777" w:rsidR="00CD41A5" w:rsidRDefault="00000000">
            <w:r>
              <w:br/>
              <w:t>____________________________________________________________________________________________________</w:t>
            </w:r>
            <w:r>
              <w:br/>
            </w:r>
          </w:p>
        </w:tc>
      </w:tr>
    </w:tbl>
    <w:p w14:paraId="4360BCC1" w14:textId="77777777" w:rsidR="00CD41A5" w:rsidRDefault="00CD41A5"/>
    <w:p w14:paraId="7136049D" w14:textId="77777777" w:rsidR="00CD41A5" w:rsidRDefault="00000000">
      <w:pPr>
        <w:pStyle w:val="Overskrift1"/>
      </w:pPr>
      <w:r>
        <w:t>3.2 Hvad skete der?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8630"/>
      </w:tblGrid>
      <w:tr w:rsidR="00CD41A5" w14:paraId="20A028EB" w14:textId="77777777">
        <w:tc>
          <w:tcPr>
            <w:tcW w:w="8640" w:type="dxa"/>
          </w:tcPr>
          <w:p w14:paraId="405BE655" w14:textId="77777777" w:rsidR="00CD41A5" w:rsidRDefault="00000000">
            <w:r>
              <w:br/>
              <w:t>____________________________________________________________________________________________________</w:t>
            </w:r>
            <w:r>
              <w:br/>
              <w:t>____________________________________________________________________________________________________</w:t>
            </w:r>
            <w:r>
              <w:br/>
              <w:t>____________________________________________________________________________________________________</w:t>
            </w:r>
            <w:r>
              <w:br/>
              <w:t>____________________________________________________________________________________________________</w:t>
            </w:r>
            <w:r>
              <w:br/>
            </w:r>
          </w:p>
        </w:tc>
      </w:tr>
    </w:tbl>
    <w:p w14:paraId="3B4E7146" w14:textId="77777777" w:rsidR="00CD41A5" w:rsidRDefault="00CD41A5"/>
    <w:p w14:paraId="4B5C6338" w14:textId="77777777" w:rsidR="00CD41A5" w:rsidRDefault="00000000">
      <w:pPr>
        <w:pStyle w:val="Overskrift1"/>
      </w:pPr>
      <w:r>
        <w:t>3.3 Hvem var til stede?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8630"/>
      </w:tblGrid>
      <w:tr w:rsidR="00CD41A5" w14:paraId="58076D94" w14:textId="77777777">
        <w:tc>
          <w:tcPr>
            <w:tcW w:w="8640" w:type="dxa"/>
          </w:tcPr>
          <w:p w14:paraId="32573E8D" w14:textId="77777777" w:rsidR="00CD41A5" w:rsidRDefault="00000000">
            <w:r>
              <w:br/>
              <w:t>____________________________________________________________________________________________________</w:t>
            </w:r>
            <w:r>
              <w:br/>
              <w:t>____________________________________________________________________________________________________</w:t>
            </w:r>
            <w:r>
              <w:br/>
            </w:r>
          </w:p>
        </w:tc>
      </w:tr>
    </w:tbl>
    <w:p w14:paraId="3003B61C" w14:textId="77777777" w:rsidR="00CD41A5" w:rsidRDefault="00CD41A5"/>
    <w:p w14:paraId="196E26DE" w14:textId="77777777" w:rsidR="00CD41A5" w:rsidRDefault="00000000">
      <w:pPr>
        <w:pStyle w:val="Overskrift1"/>
      </w:pPr>
      <w:r>
        <w:t>3.4 Er der dokumentation vedhæftet?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8630"/>
      </w:tblGrid>
      <w:tr w:rsidR="00CD41A5" w14:paraId="720760D2" w14:textId="77777777">
        <w:tc>
          <w:tcPr>
            <w:tcW w:w="8640" w:type="dxa"/>
          </w:tcPr>
          <w:p w14:paraId="31D5CC32" w14:textId="77777777" w:rsidR="00CD41A5" w:rsidRDefault="00000000">
            <w:r>
              <w:sym w:font="Wingdings 2" w:char="F0A3"/>
            </w:r>
            <w:r>
              <w:t xml:space="preserve"> Ja   </w:t>
            </w:r>
            <w:r>
              <w:sym w:font="Wingdings 2" w:char="F0A3"/>
            </w:r>
            <w:r>
              <w:t xml:space="preserve"> Nej   </w:t>
            </w:r>
          </w:p>
        </w:tc>
      </w:tr>
    </w:tbl>
    <w:p w14:paraId="201A3D25" w14:textId="77777777" w:rsidR="00CD41A5" w:rsidRDefault="00CD41A5"/>
    <w:p w14:paraId="347180CB" w14:textId="20BC189A" w:rsidR="00AE0A4C" w:rsidRPr="00AE0A4C" w:rsidRDefault="00AE0A4C" w:rsidP="00AE0A4C">
      <w:pPr>
        <w:pStyle w:val="Overskrift1"/>
        <w:rPr>
          <w:lang w:val="da-DK"/>
        </w:rPr>
      </w:pPr>
      <w:r w:rsidRPr="00AE0A4C">
        <w:rPr>
          <w:lang w:val="da-DK"/>
        </w:rPr>
        <w:t xml:space="preserve">3.5 </w:t>
      </w:r>
      <w:r w:rsidRPr="00195992">
        <w:rPr>
          <w:lang w:val="da-DK"/>
        </w:rPr>
        <w:t>Hvis ja, hvilke dokumenter er vedhæftet: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8630"/>
      </w:tblGrid>
      <w:tr w:rsidR="00AE0A4C" w14:paraId="5AD16A0A" w14:textId="77777777" w:rsidTr="00D4628B">
        <w:tc>
          <w:tcPr>
            <w:tcW w:w="8640" w:type="dxa"/>
          </w:tcPr>
          <w:p w14:paraId="0166AB97" w14:textId="77777777" w:rsidR="00AE0A4C" w:rsidRDefault="00AE0A4C" w:rsidP="00D4628B">
            <w:r w:rsidRPr="00AE0A4C">
              <w:rPr>
                <w:lang w:val="da-DK"/>
              </w:rPr>
              <w:br/>
            </w:r>
            <w:r>
              <w:t>____________________________________________________________________________________________________</w:t>
            </w:r>
            <w:r>
              <w:br/>
              <w:t>____________________________________________________________________________________________________</w:t>
            </w:r>
            <w:r>
              <w:br/>
            </w:r>
          </w:p>
        </w:tc>
      </w:tr>
    </w:tbl>
    <w:p w14:paraId="58EA6D57" w14:textId="77777777" w:rsidR="00AE0A4C" w:rsidRDefault="00AE0A4C"/>
    <w:p w14:paraId="29A87ACD" w14:textId="77777777" w:rsidR="00CD41A5" w:rsidRPr="00AE0A4C" w:rsidRDefault="00000000">
      <w:pPr>
        <w:pStyle w:val="Overskrift1"/>
        <w:rPr>
          <w:lang w:val="da-DK"/>
        </w:rPr>
      </w:pPr>
      <w:r w:rsidRPr="00AE0A4C">
        <w:rPr>
          <w:lang w:val="da-DK"/>
        </w:rPr>
        <w:t>4.1 Hvad har du som medlem gjort?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8630"/>
      </w:tblGrid>
      <w:tr w:rsidR="00CD41A5" w14:paraId="0C6BDFD6" w14:textId="77777777">
        <w:tc>
          <w:tcPr>
            <w:tcW w:w="8640" w:type="dxa"/>
          </w:tcPr>
          <w:p w14:paraId="3F7BD374" w14:textId="77777777" w:rsidR="00CD41A5" w:rsidRDefault="00000000">
            <w:r w:rsidRPr="00AE0A4C">
              <w:rPr>
                <w:lang w:val="da-DK"/>
              </w:rPr>
              <w:br/>
            </w:r>
            <w:r>
              <w:t>____________________________________________________________________________________________________</w:t>
            </w:r>
            <w:r>
              <w:br/>
              <w:t>____________________________________________________________________________________________________</w:t>
            </w:r>
            <w:r>
              <w:br/>
              <w:t>____________________________________________________________________________________________________</w:t>
            </w:r>
            <w:r>
              <w:br/>
            </w:r>
          </w:p>
        </w:tc>
      </w:tr>
    </w:tbl>
    <w:p w14:paraId="2176CE4A" w14:textId="77777777" w:rsidR="00CD41A5" w:rsidRDefault="00CD41A5"/>
    <w:p w14:paraId="65D4B38A" w14:textId="77777777" w:rsidR="00CD41A5" w:rsidRPr="00AE0A4C" w:rsidRDefault="00000000">
      <w:pPr>
        <w:pStyle w:val="Overskrift1"/>
        <w:rPr>
          <w:lang w:val="da-DK"/>
        </w:rPr>
      </w:pPr>
      <w:r w:rsidRPr="00AE0A4C">
        <w:rPr>
          <w:lang w:val="da-DK"/>
        </w:rPr>
        <w:t>4.2 Har du talt med din chef/leder?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8630"/>
      </w:tblGrid>
      <w:tr w:rsidR="00CD41A5" w14:paraId="7B38451D" w14:textId="77777777">
        <w:tc>
          <w:tcPr>
            <w:tcW w:w="8640" w:type="dxa"/>
          </w:tcPr>
          <w:p w14:paraId="2BF899FD" w14:textId="77777777" w:rsidR="00CD41A5" w:rsidRDefault="00000000">
            <w:r>
              <w:sym w:font="Wingdings 2" w:char="F0A3"/>
            </w:r>
            <w:r>
              <w:t xml:space="preserve"> Ja   </w:t>
            </w:r>
            <w:r>
              <w:sym w:font="Wingdings 2" w:char="F0A3"/>
            </w:r>
            <w:r>
              <w:t xml:space="preserve"> Nej   </w:t>
            </w:r>
          </w:p>
        </w:tc>
      </w:tr>
    </w:tbl>
    <w:p w14:paraId="38C0714E" w14:textId="77777777" w:rsidR="00CD41A5" w:rsidRDefault="00CD41A5"/>
    <w:p w14:paraId="76E9A922" w14:textId="73BA1D13" w:rsidR="00AE0A4C" w:rsidRPr="00AE0A4C" w:rsidRDefault="00AE0A4C" w:rsidP="00AE0A4C">
      <w:pPr>
        <w:pStyle w:val="Overskrift1"/>
        <w:rPr>
          <w:lang w:val="da-DK"/>
        </w:rPr>
      </w:pPr>
      <w:r w:rsidRPr="00AE0A4C">
        <w:rPr>
          <w:lang w:val="da-DK"/>
        </w:rPr>
        <w:t>4.3 Hvis ja, hvilke dokumenter er vedhæftet: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8630"/>
      </w:tblGrid>
      <w:tr w:rsidR="00AE0A4C" w14:paraId="16B8FFC0" w14:textId="77777777" w:rsidTr="00D4628B">
        <w:tc>
          <w:tcPr>
            <w:tcW w:w="8640" w:type="dxa"/>
          </w:tcPr>
          <w:p w14:paraId="7D0A7F0D" w14:textId="77777777" w:rsidR="00AE0A4C" w:rsidRDefault="00AE0A4C" w:rsidP="00D4628B">
            <w:r w:rsidRPr="00AE0A4C">
              <w:rPr>
                <w:lang w:val="da-DK"/>
              </w:rPr>
              <w:br/>
            </w:r>
            <w:r>
              <w:t>____________________________________________________________________________________________________</w:t>
            </w:r>
            <w:r>
              <w:br/>
              <w:t>____________________________________________________________________________________________________</w:t>
            </w:r>
            <w:r>
              <w:br/>
            </w:r>
          </w:p>
        </w:tc>
      </w:tr>
    </w:tbl>
    <w:p w14:paraId="17356829" w14:textId="77777777" w:rsidR="00AE0A4C" w:rsidRDefault="00AE0A4C"/>
    <w:p w14:paraId="49C79C45" w14:textId="6AB4DB2A" w:rsidR="00CD41A5" w:rsidRPr="00AE0A4C" w:rsidRDefault="00000000">
      <w:pPr>
        <w:pStyle w:val="Overskrift1"/>
        <w:rPr>
          <w:lang w:val="da-DK"/>
        </w:rPr>
      </w:pPr>
      <w:r w:rsidRPr="00AE0A4C">
        <w:rPr>
          <w:lang w:val="da-DK"/>
        </w:rPr>
        <w:t>4.</w:t>
      </w:r>
      <w:r w:rsidR="00AE0A4C">
        <w:rPr>
          <w:lang w:val="da-DK"/>
        </w:rPr>
        <w:t>4</w:t>
      </w:r>
      <w:r w:rsidRPr="00AE0A4C">
        <w:rPr>
          <w:lang w:val="da-DK"/>
        </w:rPr>
        <w:t xml:space="preserve"> Hvad har myndigheder (HJV, politi mv.) gjort?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8630"/>
      </w:tblGrid>
      <w:tr w:rsidR="00CD41A5" w14:paraId="146D98C6" w14:textId="77777777">
        <w:tc>
          <w:tcPr>
            <w:tcW w:w="8640" w:type="dxa"/>
          </w:tcPr>
          <w:p w14:paraId="09C2E23B" w14:textId="77777777" w:rsidR="00CD41A5" w:rsidRDefault="00000000">
            <w:r w:rsidRPr="00AE0A4C">
              <w:rPr>
                <w:lang w:val="da-DK"/>
              </w:rPr>
              <w:br/>
            </w:r>
            <w:r>
              <w:t>____________________________________________________________________________________________________</w:t>
            </w:r>
            <w:r>
              <w:br/>
              <w:t>____________________________________________________________________________________________________</w:t>
            </w:r>
            <w:r>
              <w:br/>
              <w:t>____________________________________________________________________________________________________</w:t>
            </w:r>
            <w:r>
              <w:br/>
            </w:r>
          </w:p>
        </w:tc>
      </w:tr>
    </w:tbl>
    <w:p w14:paraId="4B8AA544" w14:textId="77777777" w:rsidR="00CD41A5" w:rsidRDefault="00CD41A5"/>
    <w:p w14:paraId="20F30A88" w14:textId="77777777" w:rsidR="00CD41A5" w:rsidRPr="00AE0A4C" w:rsidRDefault="00000000">
      <w:pPr>
        <w:pStyle w:val="Overskrift1"/>
        <w:rPr>
          <w:lang w:val="da-DK"/>
        </w:rPr>
      </w:pPr>
      <w:r w:rsidRPr="00AE0A4C">
        <w:rPr>
          <w:lang w:val="da-DK"/>
        </w:rPr>
        <w:t>5.1 Har du ønsker til fagforeningens hjælp?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8630"/>
      </w:tblGrid>
      <w:tr w:rsidR="00CD41A5" w14:paraId="23096625" w14:textId="77777777">
        <w:tc>
          <w:tcPr>
            <w:tcW w:w="8640" w:type="dxa"/>
          </w:tcPr>
          <w:p w14:paraId="26E7BB4E" w14:textId="77777777" w:rsidR="00CD41A5" w:rsidRDefault="00000000">
            <w:r w:rsidRPr="00AE0A4C">
              <w:rPr>
                <w:lang w:val="da-DK"/>
              </w:rPr>
              <w:br/>
            </w:r>
            <w:r>
              <w:t>____________________________________________________________________________________________________</w:t>
            </w:r>
            <w:r>
              <w:br/>
              <w:t>____________________________________________________________________________________________________</w:t>
            </w:r>
            <w:r>
              <w:br/>
            </w:r>
          </w:p>
        </w:tc>
      </w:tr>
    </w:tbl>
    <w:p w14:paraId="3AA065DE" w14:textId="77777777" w:rsidR="00CD41A5" w:rsidRDefault="00CD41A5"/>
    <w:p w14:paraId="3670D9FA" w14:textId="77777777" w:rsidR="00CD41A5" w:rsidRPr="00AE0A4C" w:rsidRDefault="00000000">
      <w:pPr>
        <w:pStyle w:val="Overskrift1"/>
        <w:rPr>
          <w:lang w:val="da-DK"/>
        </w:rPr>
      </w:pPr>
      <w:r w:rsidRPr="00AE0A4C">
        <w:rPr>
          <w:lang w:val="da-DK"/>
        </w:rPr>
        <w:t>5.2 Har du tidligere haft en lignende sag?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8630"/>
      </w:tblGrid>
      <w:tr w:rsidR="00CD41A5" w14:paraId="6B5BA7B5" w14:textId="77777777">
        <w:tc>
          <w:tcPr>
            <w:tcW w:w="8640" w:type="dxa"/>
          </w:tcPr>
          <w:p w14:paraId="22672DFA" w14:textId="77777777" w:rsidR="00CD41A5" w:rsidRDefault="00000000">
            <w:r>
              <w:sym w:font="Wingdings 2" w:char="F0A3"/>
            </w:r>
            <w:r>
              <w:t xml:space="preserve"> Ja   </w:t>
            </w:r>
            <w:r>
              <w:sym w:font="Wingdings 2" w:char="F0A3"/>
            </w:r>
            <w:r>
              <w:t xml:space="preserve"> Nej   </w:t>
            </w:r>
          </w:p>
        </w:tc>
      </w:tr>
    </w:tbl>
    <w:p w14:paraId="363DCD6E" w14:textId="77777777" w:rsidR="00CD41A5" w:rsidRDefault="00CD41A5"/>
    <w:p w14:paraId="7BFEC668" w14:textId="77777777" w:rsidR="00CD41A5" w:rsidRDefault="00000000">
      <w:pPr>
        <w:pStyle w:val="Overskrift1"/>
      </w:pPr>
      <w:r>
        <w:t>5.3 Hvis ja, beskriv kort: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8630"/>
      </w:tblGrid>
      <w:tr w:rsidR="00CD41A5" w14:paraId="5CB6F13A" w14:textId="77777777">
        <w:tc>
          <w:tcPr>
            <w:tcW w:w="8640" w:type="dxa"/>
          </w:tcPr>
          <w:p w14:paraId="780E6EA0" w14:textId="77777777" w:rsidR="00CD41A5" w:rsidRDefault="00000000">
            <w:r>
              <w:br/>
              <w:t>____________________________________________________________________________________________________</w:t>
            </w:r>
            <w:r>
              <w:br/>
              <w:t>____________________________________________________________________________________________________</w:t>
            </w:r>
            <w:r>
              <w:br/>
            </w:r>
          </w:p>
        </w:tc>
      </w:tr>
    </w:tbl>
    <w:p w14:paraId="4EE11963" w14:textId="30F45E98" w:rsidR="00CD41A5" w:rsidRPr="00AE0A4C" w:rsidRDefault="00000000" w:rsidP="00AE0A4C">
      <w:pPr>
        <w:rPr>
          <w:lang w:val="da-DK"/>
        </w:rPr>
      </w:pPr>
      <w:r w:rsidRPr="00AE0A4C">
        <w:rPr>
          <w:lang w:val="da-DK"/>
        </w:rPr>
        <w:br/>
      </w:r>
      <w:r w:rsidRPr="00AE0A4C">
        <w:rPr>
          <w:lang w:val="da-DK"/>
        </w:rPr>
        <w:br/>
      </w:r>
      <w:r w:rsidRPr="00AE0A4C">
        <w:rPr>
          <w:lang w:val="da-DK"/>
        </w:rPr>
        <w:br/>
      </w:r>
      <w:r w:rsidRPr="00AE0A4C">
        <w:rPr>
          <w:lang w:val="da-DK"/>
        </w:rPr>
        <w:br/>
      </w:r>
      <w:r w:rsidRPr="00AE0A4C">
        <w:rPr>
          <w:lang w:val="da-DK"/>
        </w:rPr>
        <w:br/>
      </w:r>
    </w:p>
    <w:sectPr w:rsidR="00CD41A5" w:rsidRPr="00AE0A4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Opstilling-talellerbogst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Opstilling-talellerbogst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Opstilling-punktteg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Opstilling-punktteg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98118865">
    <w:abstractNumId w:val="8"/>
  </w:num>
  <w:num w:numId="2" w16cid:durableId="1359505295">
    <w:abstractNumId w:val="6"/>
  </w:num>
  <w:num w:numId="3" w16cid:durableId="2116168700">
    <w:abstractNumId w:val="5"/>
  </w:num>
  <w:num w:numId="4" w16cid:durableId="2120832620">
    <w:abstractNumId w:val="4"/>
  </w:num>
  <w:num w:numId="5" w16cid:durableId="1205562304">
    <w:abstractNumId w:val="7"/>
  </w:num>
  <w:num w:numId="6" w16cid:durableId="1836918136">
    <w:abstractNumId w:val="3"/>
  </w:num>
  <w:num w:numId="7" w16cid:durableId="614016934">
    <w:abstractNumId w:val="2"/>
  </w:num>
  <w:num w:numId="8" w16cid:durableId="1171529841">
    <w:abstractNumId w:val="1"/>
  </w:num>
  <w:num w:numId="9" w16cid:durableId="21220210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95992"/>
    <w:rsid w:val="0029639D"/>
    <w:rsid w:val="00326F90"/>
    <w:rsid w:val="00457F28"/>
    <w:rsid w:val="00AA1D8D"/>
    <w:rsid w:val="00AE0A4C"/>
    <w:rsid w:val="00B47730"/>
    <w:rsid w:val="00CB0664"/>
    <w:rsid w:val="00CD41A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49CFF3"/>
  <w14:defaultImageDpi w14:val="300"/>
  <w15:docId w15:val="{9E863F01-CAD7-43FD-9E7C-ED6356424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Overskrift1">
    <w:name w:val="heading 1"/>
    <w:basedOn w:val="Normal"/>
    <w:next w:val="Normal"/>
    <w:link w:val="Overskrift1Teg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E618BF"/>
  </w:style>
  <w:style w:type="paragraph" w:styleId="Sidefod">
    <w:name w:val="footer"/>
    <w:basedOn w:val="Normal"/>
    <w:link w:val="SidefodTeg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E618BF"/>
  </w:style>
  <w:style w:type="paragraph" w:styleId="Ing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Overskrift1Tegn">
    <w:name w:val="Overskrift 1 Tegn"/>
    <w:basedOn w:val="Standardskrifttypeiafsnit"/>
    <w:link w:val="Oversk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Normal"/>
    <w:next w:val="Normal"/>
    <w:link w:val="TitelTeg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afsnit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rdtekst">
    <w:name w:val="Body Text"/>
    <w:basedOn w:val="Normal"/>
    <w:link w:val="BrdtekstTegn"/>
    <w:uiPriority w:val="99"/>
    <w:unhideWhenUsed/>
    <w:rsid w:val="00AA1D8D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rsid w:val="00AA1D8D"/>
  </w:style>
  <w:style w:type="paragraph" w:styleId="Brdtekst2">
    <w:name w:val="Body Text 2"/>
    <w:basedOn w:val="Normal"/>
    <w:link w:val="Brdtekst2Tegn"/>
    <w:uiPriority w:val="99"/>
    <w:unhideWhenUsed/>
    <w:rsid w:val="00AA1D8D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rsid w:val="00AA1D8D"/>
  </w:style>
  <w:style w:type="paragraph" w:styleId="Brdtekst3">
    <w:name w:val="Body Text 3"/>
    <w:basedOn w:val="Normal"/>
    <w:link w:val="Brdtekst3Teg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Opstilling-punkttegn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Opstilling-punkttegn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Opstilling-punkttegn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Opstilling-talellerbogst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Opstilling-talellerbogst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Opstilling-talellerbogst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Opstilling-forts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Opstilling-forts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Opstilling-forts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tekst">
    <w:name w:val="macro"/>
    <w:link w:val="MakrotekstTeg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Tegn"/>
    <w:uiPriority w:val="29"/>
    <w:qFormat/>
    <w:rsid w:val="00FC693F"/>
    <w:rPr>
      <w:i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29"/>
    <w:rsid w:val="00FC693F"/>
    <w:rPr>
      <w:i/>
      <w:iCs/>
      <w:color w:val="000000" w:themeColor="text1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lledtekst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k">
    <w:name w:val="Strong"/>
    <w:basedOn w:val="Standardskrifttypeiafsnit"/>
    <w:uiPriority w:val="22"/>
    <w:qFormat/>
    <w:rsid w:val="00FC693F"/>
    <w:rPr>
      <w:b/>
      <w:bCs/>
    </w:rPr>
  </w:style>
  <w:style w:type="character" w:styleId="Fremhv">
    <w:name w:val="Emphasis"/>
    <w:basedOn w:val="Standardskrifttypeiafsnit"/>
    <w:uiPriority w:val="20"/>
    <w:qFormat/>
    <w:rsid w:val="00FC693F"/>
    <w:rPr>
      <w:i/>
      <w:iCs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FC693F"/>
    <w:rPr>
      <w:b/>
      <w:bCs/>
      <w:i/>
      <w:iCs/>
      <w:color w:val="4F81BD" w:themeColor="accent1"/>
    </w:rPr>
  </w:style>
  <w:style w:type="character" w:styleId="Svagfremhvning">
    <w:name w:val="Subtle Emphasis"/>
    <w:basedOn w:val="Standardskrifttypeiafsnit"/>
    <w:uiPriority w:val="19"/>
    <w:qFormat/>
    <w:rsid w:val="00FC693F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21"/>
    <w:qFormat/>
    <w:rsid w:val="00FC693F"/>
    <w:rPr>
      <w:b/>
      <w:bCs/>
      <w:i/>
      <w:iCs/>
      <w:color w:val="4F81BD" w:themeColor="accent1"/>
    </w:rPr>
  </w:style>
  <w:style w:type="character" w:styleId="Svaghenvisning">
    <w:name w:val="Subtle Reference"/>
    <w:basedOn w:val="Standardskrifttypeiafsnit"/>
    <w:uiPriority w:val="31"/>
    <w:qFormat/>
    <w:rsid w:val="00FC693F"/>
    <w:rPr>
      <w:smallCaps/>
      <w:color w:val="C0504D" w:themeColor="accent2"/>
      <w:u w:val="single"/>
    </w:rPr>
  </w:style>
  <w:style w:type="character" w:styleId="Kraftighenvisning">
    <w:name w:val="Intense Reference"/>
    <w:basedOn w:val="Standardskrifttypeiafsni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genstitel">
    <w:name w:val="Book Title"/>
    <w:basedOn w:val="Standardskrifttypeiafsnit"/>
    <w:uiPriority w:val="33"/>
    <w:qFormat/>
    <w:rsid w:val="00FC693F"/>
    <w:rPr>
      <w:b/>
      <w:bCs/>
      <w:smallCaps/>
      <w:spacing w:val="5"/>
    </w:r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FC693F"/>
    <w:pPr>
      <w:outlineLvl w:val="9"/>
    </w:pPr>
  </w:style>
  <w:style w:type="table" w:styleId="Tabel-Gitter">
    <w:name w:val="Table Grid"/>
    <w:basedOn w:val="Tabel-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ysskygge">
    <w:name w:val="Light Shading"/>
    <w:basedOn w:val="Tabel-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-farve1">
    <w:name w:val="Light Shading Accent 1"/>
    <w:basedOn w:val="Tabel-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ysskygge-fremhvningsfarve2">
    <w:name w:val="Light Shading Accent 2"/>
    <w:basedOn w:val="Tabel-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ysskygge-fremhvningsfarve3">
    <w:name w:val="Light Shading Accent 3"/>
    <w:basedOn w:val="Tabel-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ysskygge-fremhvningsfarve4">
    <w:name w:val="Light Shading Accent 4"/>
    <w:basedOn w:val="Tabel-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ysskygge-fremhvningsfarve5">
    <w:name w:val="Light Shading Accent 5"/>
    <w:basedOn w:val="Tabel-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ysskygge-fremhvningsfarve6">
    <w:name w:val="Light Shading Accent 6"/>
    <w:basedOn w:val="Tabel-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ysliste">
    <w:name w:val="Light List"/>
    <w:basedOn w:val="Tabel-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-farve1">
    <w:name w:val="Light List Accent 1"/>
    <w:basedOn w:val="Tabel-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ysliste-fremhvningsfarve2">
    <w:name w:val="Light List Accent 2"/>
    <w:basedOn w:val="Tabel-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ysliste-fremhvningsfarve3">
    <w:name w:val="Light List Accent 3"/>
    <w:basedOn w:val="Tabel-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ysliste-fremhvningsfarve4">
    <w:name w:val="Light List Accent 4"/>
    <w:basedOn w:val="Tabel-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ysliste-fremhvningsfarve5">
    <w:name w:val="Light List Accent 5"/>
    <w:basedOn w:val="Tabel-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ysliste-fremhvningsfarve6">
    <w:name w:val="Light List Accent 6"/>
    <w:basedOn w:val="Tabel-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ystgitter">
    <w:name w:val="Light Grid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gitter-farve1">
    <w:name w:val="Light Grid Accent 1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ystgitter-fremhvningsfarve2">
    <w:name w:val="Light Grid Accent 2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ystgitter-fremhvningsfarve3">
    <w:name w:val="Light Grid Accent 3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ystgitter-fremhvningsfarve4">
    <w:name w:val="Light Grid Accent 4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ystgitter-fremhvningsfarve5">
    <w:name w:val="Light Grid Accent 5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ystgitter-fremhvningsfarve6">
    <w:name w:val="Light Grid Accent 6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kygge1">
    <w:name w:val="Medium Shading 1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arve1">
    <w:name w:val="Medium Shading 1 Accent 1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2">
    <w:name w:val="Medium Shading 1 Accent 2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3">
    <w:name w:val="Medium Shading 1 Accent 3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4">
    <w:name w:val="Medium Shading 1 Accent 4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5">
    <w:name w:val="Medium Shading 1 Accent 5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6">
    <w:name w:val="Medium Shading 1 Accent 6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2">
    <w:name w:val="Medium Shading 2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arve1">
    <w:name w:val="Medium Shading 2 Accent 1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2">
    <w:name w:val="Medium Shading 2 Accent 2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3">
    <w:name w:val="Medium Shading 2 Accent 3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4">
    <w:name w:val="Medium Shading 2 Accent 4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5">
    <w:name w:val="Medium Shading 2 Accent 5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6">
    <w:name w:val="Medium Shading 2 Accent 6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e1">
    <w:name w:val="Medium List 1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e1-farve1">
    <w:name w:val="Medium List 1 Accent 1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e1-fremhvningsfarve2">
    <w:name w:val="Medium List 1 Accent 2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e1-fremhvningsfarve3">
    <w:name w:val="Medium List 1 Accent 3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e1-fremhvningsfarve4">
    <w:name w:val="Medium List 1 Accent 4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e1-fremhvningsfarve5">
    <w:name w:val="Medium List 1 Accent 5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e1-fremhvningsfarve6">
    <w:name w:val="Medium List 1 Accent 6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e2">
    <w:name w:val="Medium List 2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1">
    <w:name w:val="Medium List 2 Accent 1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2">
    <w:name w:val="Medium List 2 Accent 2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3">
    <w:name w:val="Medium List 2 Accent 3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4">
    <w:name w:val="Medium List 2 Accent 4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5">
    <w:name w:val="Medium List 2 Accent 5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6">
    <w:name w:val="Medium List 2 Accent 6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itter1">
    <w:name w:val="Medium Grid 1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itter1-fremhvningsfarve1">
    <w:name w:val="Medium Grid 1 Accent 1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itter1-fremhvningsfarve2">
    <w:name w:val="Medium Grid 1 Accent 2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itter1-fremhvningsfarve3">
    <w:name w:val="Medium Grid 1 Accent 3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itter1-fremhvningsfarve4">
    <w:name w:val="Medium Grid 1 Accent 4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itter1-fremhvningsfarve5">
    <w:name w:val="Medium Grid 1 Accent 5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itter1-fremhvningsfarve6">
    <w:name w:val="Medium Grid 1 Accent 6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itter2">
    <w:name w:val="Medium Grid 2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1">
    <w:name w:val="Medium Grid 2 Accent 1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2">
    <w:name w:val="Medium Grid 2 Accent 2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3">
    <w:name w:val="Medium Grid 2 Accent 3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4">
    <w:name w:val="Medium Grid 2 Accent 4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5">
    <w:name w:val="Medium Grid 2 Accent 5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6">
    <w:name w:val="Medium Grid 2 Accent 6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3">
    <w:name w:val="Medium Grid 3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itter3-fremhvningsfarve1">
    <w:name w:val="Medium Grid 3 Accent 1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itter3-fremhvningsfarve2">
    <w:name w:val="Medium Grid 3 Accent 2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itter3-fremhvningsfarve3">
    <w:name w:val="Medium Grid 3 Accent 3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itter3-fremhvningsfarve4">
    <w:name w:val="Medium Grid 3 Accent 4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itter3-fremhvningsfarve5">
    <w:name w:val="Medium Grid 3 Accent 5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itter3-fremhvningsfarve6">
    <w:name w:val="Medium Grid 3 Accent 6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rkliste">
    <w:name w:val="Dark List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-fremhvningsfarve1">
    <w:name w:val="Dark List Accent 1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Mrkliste-fremhvningsfarve2">
    <w:name w:val="Dark List Accent 2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Mrkliste-fremhvningsfarve3">
    <w:name w:val="Dark List Accent 3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Mrkliste-fremhvningsfarve4">
    <w:name w:val="Dark List Accent 4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rkliste-fremhvningsfarve5">
    <w:name w:val="Dark List Accent 5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Mrkliste-fremhvningsfarve6">
    <w:name w:val="Dark List Accent 6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vetskygge">
    <w:name w:val="Colorful Shading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1">
    <w:name w:val="Colorful Shading Accent 1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2">
    <w:name w:val="Colorful Shading Accent 2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3">
    <w:name w:val="Colorful Shading Accent 3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vetskygge-fremhvningsfarve4">
    <w:name w:val="Colorful Shading Accent 4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5">
    <w:name w:val="Colorful Shading Accent 5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6">
    <w:name w:val="Colorful Shading Accent 6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liste">
    <w:name w:val="Colorful List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vetliste-fremhvningsfarve1">
    <w:name w:val="Colorful List Accent 1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vetliste-fremhvningsfarve2">
    <w:name w:val="Colorful List Accent 2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vetliste-fremhvningsfarve3">
    <w:name w:val="Colorful List Accent 3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vetliste-fremhvningsfarve4">
    <w:name w:val="Colorful List Accent 4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vetliste-fremhvningsfarve5">
    <w:name w:val="Colorful List Accent 5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vetliste-fremhvningsfarve6">
    <w:name w:val="Colorful List Accent 6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vetgitter">
    <w:name w:val="Colorful Grid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vetgitter-fremhvningsfarve1">
    <w:name w:val="Colorful Grid Accent 1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vetgitter-fremhvningsfarve2">
    <w:name w:val="Colorful Grid Accent 2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vetgitter-fremhvningsfarve3">
    <w:name w:val="Colorful Grid Accent 3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vetgitter-fremhvningsfarve4">
    <w:name w:val="Colorful Grid Accent 4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vetgitter-fremhvningsfarve5">
    <w:name w:val="Colorful Grid Accent 5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vetgitter-fremhvningsfarve6">
    <w:name w:val="Colorful Grid Accent 6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560</Words>
  <Characters>3418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3971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Kurt Pedersen</cp:lastModifiedBy>
  <cp:revision>3</cp:revision>
  <dcterms:created xsi:type="dcterms:W3CDTF">2025-05-20T09:44:00Z</dcterms:created>
  <dcterms:modified xsi:type="dcterms:W3CDTF">2025-05-23T08:40:00Z</dcterms:modified>
  <cp:category/>
</cp:coreProperties>
</file>